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52440"/>
          <w:sz w:val="24"/>
        </w:rPr>
        <w:t>GFWC PALOMAR DISTRICT</w:t>
      </w:r>
    </w:p>
    <w:p>
      <w:pPr>
        <w:jc w:val="center"/>
      </w:pPr>
      <w:r>
        <w:rPr>
          <w:rFonts w:ascii="Georgia" w:hAnsi="Georgia"/>
          <w:b/>
          <w:color w:val="152440"/>
          <w:sz w:val="44"/>
        </w:rPr>
        <w:t>ANNUAL CLUB REPORT FORM</w:t>
      </w:r>
    </w:p>
    <w:p>
      <w:pPr>
        <w:jc w:val="center"/>
      </w:pPr>
      <w:r>
        <w:rPr>
          <w:i/>
          <w:color w:val="C98700"/>
          <w:sz w:val="20"/>
        </w:rPr>
        <w:t>Celebrate Your Club's Service, Impact &amp; Achievements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Club Name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Reporting Year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Club President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Report Prepared By</w:t>
            </w:r>
          </w:p>
        </w:tc>
      </w:tr>
      <w:tr>
        <w:tc>
          <w:tcPr>
            <w:tcW w:type="dxa" w:w="2592"/>
          </w:tcPr>
          <w:p>
            <w:r>
              <w:t>[Club name]</w:t>
            </w:r>
          </w:p>
        </w:tc>
        <w:tc>
          <w:tcPr>
            <w:tcW w:type="dxa" w:w="2592"/>
          </w:tcPr>
          <w:p>
            <w:r>
              <w:t>[Year]</w:t>
            </w:r>
          </w:p>
        </w:tc>
        <w:tc>
          <w:tcPr>
            <w:tcW w:type="dxa" w:w="2592"/>
          </w:tcPr>
          <w:p>
            <w:r>
              <w:t>[Name]</w:t>
            </w:r>
          </w:p>
        </w:tc>
        <w:tc>
          <w:tcPr>
            <w:tcW w:type="dxa" w:w="2592"/>
          </w:tcPr>
          <w:p>
            <w:r>
              <w:t>[Name / Title]</w:t>
            </w:r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President Email</w:t>
            </w:r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President Phone</w:t>
            </w:r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Date Submitted</w:t>
            </w:r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Club Website</w:t>
            </w:r>
          </w:p>
        </w:tc>
      </w:tr>
      <w:tr>
        <w:tc>
          <w:tcPr>
            <w:tcW w:type="dxa" w:w="2592"/>
          </w:tcPr>
          <w:p>
            <w:r>
              <w:t>[Email]</w:t>
            </w:r>
          </w:p>
        </w:tc>
        <w:tc>
          <w:tcPr>
            <w:tcW w:type="dxa" w:w="2592"/>
          </w:tcPr>
          <w:p>
            <w:r>
              <w:t>[Phone]</w:t>
            </w:r>
          </w:p>
        </w:tc>
        <w:tc>
          <w:tcPr>
            <w:tcW w:type="dxa" w:w="2592"/>
          </w:tcPr>
          <w:p>
            <w:r>
              <w:t>[Date]</w:t>
            </w:r>
          </w:p>
        </w:tc>
        <w:tc>
          <w:tcPr>
            <w:tcW w:type="dxa" w:w="2592"/>
          </w:tcPr>
          <w:p>
            <w:r>
              <w:t>[URL / N/A]</w:t>
            </w:r>
          </w:p>
        </w:tc>
      </w:tr>
    </w:tbl>
    <w:p>
      <w:r>
        <w:rPr>
          <w:b/>
        </w:rPr>
        <w:t xml:space="preserve">Instructions: </w:t>
      </w:r>
      <w:r>
        <w:t>Use this form to summarize your club's activities for the reporting year. Enter totals where requested and provide concise highlights that demonstrate community impact, member engagement, and accomplishments.</w:t>
      </w:r>
    </w:p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1. CLUB &amp; MEMBERSHIP SNAPSHOT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Membership Information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Total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Membership Information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Total</w:t>
            </w:r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Members at beginning of year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New members added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Members at end of year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Members lost / resigned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Average meeting attendance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Honorary / associate members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Number of general meetings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Number of board meetings</w:t>
            </w:r>
          </w:p>
        </w:tc>
        <w:tc>
          <w:tcPr>
            <w:tcW w:type="dxa" w:w="2592"/>
          </w:tcPr>
          <w:p>
            <w:r/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2. YEAR-AT-A-GLANCE IMPACT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Impact Measure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Annual Total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Impact Measure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Annual Total</w:t>
            </w:r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Community service projects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Volunteer hours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Dollars donated / granted</w:t>
            </w:r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In-kind donations</w:t>
            </w:r>
          </w:p>
        </w:tc>
        <w:tc>
          <w:tcPr>
            <w:tcW w:type="dxa" w:w="2592"/>
          </w:tcPr>
          <w:p>
            <w:r>
              <w:t>$</w:t>
            </w:r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Funds raised</w:t>
            </w:r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People directly served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Scholarships / awards given</w:t>
            </w:r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Community partners</w:t>
            </w:r>
          </w:p>
        </w:tc>
        <w:tc>
          <w:tcPr>
            <w:tcW w:type="dxa" w:w="2592"/>
          </w:tcPr>
          <w:p>
            <w:r/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3. COMMUNITY SERVICE &amp; PROGRAM HIGHLIGHTS</w:t>
      </w:r>
    </w:p>
    <w:p>
      <w:r>
        <w:t>List your club's most significant projects, programs, or initiatives. Add rows if needed.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Project / Program</w:t>
            </w:r>
          </w:p>
        </w:tc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Purpose / Beneficiaries</w:t>
            </w:r>
          </w:p>
        </w:tc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Members</w:t>
            </w:r>
          </w:p>
        </w:tc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Impact / Result</w:t>
            </w:r>
          </w:p>
        </w:tc>
      </w:tr>
      <w:tr>
        <w:tc>
          <w:tcPr>
            <w:tcW w:type="dxa" w:w="2074"/>
          </w:tcPr>
          <w:p>
            <w:r>
              <w:t>[Project]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[Project]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[Project]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[Project]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[Project]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4. GFWC COMMUNITY SERVICE PROGRAM AREAS</w:t>
      </w:r>
    </w:p>
    <w:p>
      <w:r>
        <w:t>Check all areas in which your club participated and note a key activity or result.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Program Area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Participated?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Key Activity / Result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Approx. Hours</w:t>
            </w:r>
          </w:p>
        </w:tc>
      </w:tr>
      <w:tr>
        <w:tc>
          <w:tcPr>
            <w:tcW w:type="dxa" w:w="2592"/>
          </w:tcPr>
          <w:p>
            <w:r>
              <w:t>Arts &amp; Culture</w:t>
            </w:r>
          </w:p>
        </w:tc>
        <w:tc>
          <w:tcPr>
            <w:tcW w:type="dxa" w:w="2592"/>
          </w:tcPr>
          <w:p>
            <w:r>
              <w:t>☐ Yes  ☐ No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Civic Engagement &amp; Outreach</w:t>
            </w:r>
          </w:p>
        </w:tc>
        <w:tc>
          <w:tcPr>
            <w:tcW w:type="dxa" w:w="2592"/>
          </w:tcPr>
          <w:p>
            <w:r>
              <w:t>☐ Yes  ☐ No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Education &amp; Libraries</w:t>
            </w:r>
          </w:p>
        </w:tc>
        <w:tc>
          <w:tcPr>
            <w:tcW w:type="dxa" w:w="2592"/>
          </w:tcPr>
          <w:p>
            <w:r>
              <w:t>☐ Yes  ☐ No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Program Area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Participated?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Key Activity / Result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Approx. Hours</w:t>
            </w:r>
          </w:p>
        </w:tc>
      </w:tr>
      <w:tr>
        <w:tc>
          <w:tcPr>
            <w:tcW w:type="dxa" w:w="2592"/>
          </w:tcPr>
          <w:p>
            <w:r>
              <w:t>Environment</w:t>
            </w:r>
          </w:p>
        </w:tc>
        <w:tc>
          <w:tcPr>
            <w:tcW w:type="dxa" w:w="2592"/>
          </w:tcPr>
          <w:p>
            <w:r>
              <w:t>☐ Yes  ☐ No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Health &amp; Wellness</w:t>
            </w:r>
          </w:p>
        </w:tc>
        <w:tc>
          <w:tcPr>
            <w:tcW w:type="dxa" w:w="2592"/>
          </w:tcPr>
          <w:p>
            <w:r>
              <w:t>☐ Yes  ☐ No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Other / District Initiative</w:t>
            </w:r>
          </w:p>
        </w:tc>
        <w:tc>
          <w:tcPr>
            <w:tcW w:type="dxa" w:w="2592"/>
          </w:tcPr>
          <w:p>
            <w:r>
              <w:t>☐ Yes  ☐ No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5. MEMBERSHIP, LEADERSHIP &amp; TRAINING</w:t>
      </w:r>
    </w:p>
    <w:p>
      <w:r>
        <w:rPr>
          <w:b/>
          <w:color w:val="152440"/>
        </w:rPr>
        <w:t>Describe successful membership recruitment, retention, or engagement efforts: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rPr>
          <w:b/>
          <w:color w:val="152440"/>
        </w:rPr>
        <w:t>List leadership development, workshops, District/CFWC/GFWC meetings, or training attended by members: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rPr>
          <w:b/>
          <w:color w:val="152440"/>
        </w:rPr>
        <w:t>Describe any new committee, leadership, succession-planning, or mentoring initiatives: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6. FUNDRAISING &amp; FINANCIAL SUPPORT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Fundraiser / Activity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Gross Raised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Expenses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Net / Beneficiary</w:t>
            </w:r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/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7. AWARDS, RECOGNITION &amp; SPECIAL ACHIEVEMENTS</w:t>
      </w:r>
    </w:p>
    <w:p>
      <w:r>
        <w:t>• ______________________________________________________________________________________________</w:t>
      </w:r>
    </w:p>
    <w:p>
      <w:r>
        <w:t>• ______________________________________________________________________________________________</w:t>
      </w:r>
    </w:p>
    <w:p>
      <w:r>
        <w:t>• ______________________________________________________________________________________________</w:t>
      </w:r>
    </w:p>
    <w:p>
      <w:r>
        <w:t>• ______________________________________________________________________________________________</w:t>
      </w:r>
    </w:p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8. COMMUNICATIONS &amp; COMMUNITY VISIBILITY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152440"/>
          </w:tcPr>
          <w:p>
            <w:r>
              <w:rPr>
                <w:b/>
                <w:color w:val="FFFFFF"/>
                <w:sz w:val="17"/>
              </w:rPr>
              <w:t>Activity</w:t>
            </w:r>
          </w:p>
        </w:tc>
        <w:tc>
          <w:tcPr>
            <w:tcW w:type="dxa" w:w="3456"/>
            <w:shd w:fill="152440"/>
          </w:tcPr>
          <w:p>
            <w:r>
              <w:rPr>
                <w:b/>
                <w:color w:val="FFFFFF"/>
                <w:sz w:val="17"/>
              </w:rPr>
              <w:t>Used?</w:t>
            </w:r>
          </w:p>
        </w:tc>
        <w:tc>
          <w:tcPr>
            <w:tcW w:type="dxa" w:w="3456"/>
            <w:shd w:fill="152440"/>
          </w:tcPr>
          <w:p>
            <w:r>
              <w:rPr>
                <w:b/>
                <w:color w:val="FFFFFF"/>
                <w:sz w:val="17"/>
              </w:rPr>
              <w:t>Highlights / Results</w:t>
            </w:r>
          </w:p>
        </w:tc>
      </w:tr>
      <w:tr>
        <w:tc>
          <w:tcPr>
            <w:tcW w:type="dxa" w:w="3456"/>
          </w:tcPr>
          <w:p>
            <w:r>
              <w:t>Club newsletter / email</w:t>
            </w:r>
          </w:p>
        </w:tc>
        <w:tc>
          <w:tcPr>
            <w:tcW w:type="dxa" w:w="3456"/>
          </w:tcPr>
          <w:p>
            <w:r>
              <w:t>☐ Yes  ☐ No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Website</w:t>
            </w:r>
          </w:p>
        </w:tc>
        <w:tc>
          <w:tcPr>
            <w:tcW w:type="dxa" w:w="3456"/>
          </w:tcPr>
          <w:p>
            <w:r>
              <w:t>☐ Yes  ☐ No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Social media</w:t>
            </w:r>
          </w:p>
        </w:tc>
        <w:tc>
          <w:tcPr>
            <w:tcW w:type="dxa" w:w="3456"/>
          </w:tcPr>
          <w:p>
            <w:r>
              <w:t>☐ Yes  ☐ No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Press / media coverage</w:t>
            </w:r>
          </w:p>
        </w:tc>
        <w:tc>
          <w:tcPr>
            <w:tcW w:type="dxa" w:w="3456"/>
          </w:tcPr>
          <w:p>
            <w:r>
              <w:t>☐ Yes  ☐ No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r>
              <w:t>Community outreach / partnerships</w:t>
            </w:r>
          </w:p>
        </w:tc>
        <w:tc>
          <w:tcPr>
            <w:tcW w:type="dxa" w:w="3456"/>
          </w:tcPr>
          <w:p>
            <w:r>
              <w:t>☐ Yes  ☐ No</w:t>
            </w:r>
          </w:p>
        </w:tc>
        <w:tc>
          <w:tcPr>
            <w:tcW w:type="dxa" w:w="3456"/>
          </w:tcPr>
          <w:p>
            <w:r/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9. CLUB'S TOP THREE ACCOMPLISHMENTS</w:t>
      </w:r>
    </w:p>
    <w:p>
      <w:r>
        <w:rPr>
          <w:b/>
          <w:color w:val="C98700"/>
        </w:rPr>
        <w:t xml:space="preserve">1. </w:t>
      </w:r>
      <w:r>
        <w:t>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r>
        <w:rPr>
          <w:b/>
          <w:color w:val="C98700"/>
        </w:rPr>
        <w:t xml:space="preserve">2. </w:t>
      </w:r>
      <w:r>
        <w:t>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r>
        <w:rPr>
          <w:b/>
          <w:color w:val="C98700"/>
        </w:rPr>
        <w:t xml:space="preserve">3. </w:t>
      </w:r>
      <w:r>
        <w:t>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10. CHALLENGES &amp; SUPPORT NEEDED</w:t>
      </w:r>
    </w:p>
    <w:p>
      <w:r>
        <w:rPr>
          <w:b/>
          <w:color w:val="152440"/>
        </w:rPr>
        <w:t>What were your club's biggest challenges this year?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rPr>
          <w:b/>
          <w:color w:val="152440"/>
        </w:rPr>
        <w:t>What resources, training, or support would be helpful from GFWC Palomar District?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11. GOALS FOR THE COMING YEAR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152440"/>
          </w:tcPr>
          <w:p>
            <w:r>
              <w:rPr>
                <w:b/>
                <w:color w:val="FFFFFF"/>
                <w:sz w:val="17"/>
              </w:rPr>
              <w:t>Goal</w:t>
            </w:r>
          </w:p>
        </w:tc>
        <w:tc>
          <w:tcPr>
            <w:tcW w:type="dxa" w:w="3456"/>
            <w:shd w:fill="152440"/>
          </w:tcPr>
          <w:p>
            <w:r>
              <w:rPr>
                <w:b/>
                <w:color w:val="FFFFFF"/>
                <w:sz w:val="17"/>
              </w:rPr>
              <w:t>Action / Next Step</w:t>
            </w:r>
          </w:p>
        </w:tc>
        <w:tc>
          <w:tcPr>
            <w:tcW w:type="dxa" w:w="3456"/>
            <w:shd w:fill="152440"/>
          </w:tcPr>
          <w:p>
            <w:r>
              <w:rPr>
                <w:b/>
                <w:color w:val="FFFFFF"/>
                <w:sz w:val="17"/>
              </w:rPr>
              <w:t>Target Date</w:t>
            </w:r>
          </w:p>
        </w:tc>
      </w:tr>
      <w:tr>
        <w:tc>
          <w:tcPr>
            <w:tcW w:type="dxa" w:w="3456"/>
          </w:tcPr>
          <w:p>
            <w:r>
              <w:t>Goal 1</w:t>
            </w:r>
          </w:p>
        </w:tc>
        <w:tc>
          <w:tcPr>
            <w:tcW w:type="dxa" w:w="3456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456"/>
          </w:tcPr>
          <w:p>
            <w:r>
              <w:t>Goal 2</w:t>
            </w:r>
          </w:p>
        </w:tc>
        <w:tc>
          <w:tcPr>
            <w:tcW w:type="dxa" w:w="3456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456"/>
          </w:tcPr>
          <w:p>
            <w:r>
              <w:t>Goal 3</w:t>
            </w:r>
          </w:p>
        </w:tc>
        <w:tc>
          <w:tcPr>
            <w:tcW w:type="dxa" w:w="3456"/>
          </w:tcPr>
          <w:p/>
        </w:tc>
        <w:tc>
          <w:tcPr>
            <w:tcW w:type="dxa" w:w="3456"/>
          </w:tcPr>
          <w:p/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12. STORY OF IMPACT</w:t>
      </w:r>
    </w:p>
    <w:p>
      <w:r>
        <w:rPr>
          <w:b/>
          <w:color w:val="152440"/>
        </w:rPr>
        <w:t xml:space="preserve">Share one short story that best illustrates how your club made a difference this year. </w:t>
      </w:r>
      <w:r>
        <w:t>This may be used for District communications with your permission.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☐ The District may share this story and related submitted photos in District communications.</w:t>
      </w:r>
    </w:p>
    <w:p>
      <w:r>
        <w:t>☐ Photo permissions/releases have been obtained where required.</w:t>
      </w:r>
    </w:p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CERTIFICATION</w:t>
      </w:r>
    </w:p>
    <w:p>
      <w:r>
        <w:t>To the best of my knowledge, the information provided in this report is accurate and reflects the activities of the club for the reporting year.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Club President Signature: ______________________________</w:t>
            </w:r>
          </w:p>
        </w:tc>
        <w:tc>
          <w:tcPr>
            <w:tcW w:type="dxa" w:w="5184"/>
          </w:tcPr>
          <w:p>
            <w:r>
              <w:t>Date: __________________</w:t>
            </w:r>
          </w:p>
        </w:tc>
      </w:tr>
      <w:tr>
        <w:tc>
          <w:tcPr>
            <w:tcW w:type="dxa" w:w="5184"/>
          </w:tcPr>
          <w:p>
            <w:r>
              <w:t>Report Preparer Signature: _____________________________</w:t>
            </w:r>
          </w:p>
        </w:tc>
        <w:tc>
          <w:tcPr>
            <w:tcW w:type="dxa" w:w="5184"/>
          </w:tcPr>
          <w:p>
            <w:r>
              <w:t>Date: 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GFWC Palomar District • Annual Club Report Form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