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52440"/>
          <w:sz w:val="24"/>
        </w:rPr>
        <w:t>GFWC PALOMAR DISTRICT</w:t>
      </w:r>
    </w:p>
    <w:p>
      <w:pPr>
        <w:jc w:val="center"/>
      </w:pPr>
      <w:r>
        <w:rPr>
          <w:rFonts w:ascii="Georgia" w:hAnsi="Georgia"/>
          <w:b/>
          <w:color w:val="152440"/>
          <w:sz w:val="44"/>
        </w:rPr>
        <w:t>OFFICER DUTIES &amp; RESPONSIBILITIES</w:t>
      </w:r>
    </w:p>
    <w:p>
      <w:pPr>
        <w:jc w:val="center"/>
      </w:pPr>
      <w:r>
        <w:rPr>
          <w:i/>
          <w:color w:val="C98700"/>
          <w:sz w:val="20"/>
        </w:rPr>
        <w:t>Local Club Leadership Form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Club Name</w:t>
            </w:r>
          </w:p>
        </w:tc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Officer Name</w:t>
            </w:r>
          </w:p>
        </w:tc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Position/Office</w:t>
            </w:r>
          </w:p>
        </w:tc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Term</w:t>
            </w:r>
          </w:p>
        </w:tc>
      </w:tr>
      <w:tr>
        <w:tc>
          <w:tcPr>
            <w:tcW w:type="dxa" w:w="2556"/>
          </w:tcPr>
          <w:p>
            <w:r>
              <w:t>[Enter club name]</w:t>
            </w:r>
          </w:p>
        </w:tc>
        <w:tc>
          <w:tcPr>
            <w:tcW w:type="dxa" w:w="2556"/>
          </w:tcPr>
          <w:p>
            <w:r>
              <w:t>[Enter officer name]</w:t>
            </w:r>
          </w:p>
        </w:tc>
        <w:tc>
          <w:tcPr>
            <w:tcW w:type="dxa" w:w="2556"/>
          </w:tcPr>
          <w:p>
            <w:r>
              <w:t>[Enter office]</w:t>
            </w:r>
          </w:p>
        </w:tc>
        <w:tc>
          <w:tcPr>
            <w:tcW w:type="dxa" w:w="2556"/>
          </w:tcPr>
          <w:p>
            <w:r>
              <w:t>[Start date - End date]</w:t>
            </w:r>
          </w:p>
        </w:tc>
      </w:tr>
      <w:tr>
        <w:tc>
          <w:tcPr>
            <w:tcW w:type="dxa" w:w="10224"/>
            <w:gridSpan w:val="4"/>
          </w:tcPr>
          <w:p>
            <w:r>
              <w:t>Email / Phone: __________________________________________________________________________________</w:t>
            </w:r>
          </w:p>
        </w:tc>
      </w:tr>
    </w:tbl>
    <w:p>
      <w:r>
        <w:rPr>
          <w:b/>
        </w:rPr>
        <w:t xml:space="preserve">Purpose: </w:t>
      </w:r>
      <w:r>
        <w:t>Use this form to define each officer's role, clarify expectations, support leadership transitions, and provide a consistent record for the club.</w:t>
      </w:r>
    </w:p>
    <w:p>
      <w:pPr>
        <w:pStyle w:val="Heading1"/>
      </w:pPr>
      <w:r>
        <w:t>OFFICER ROLE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F7F3EB"/>
          </w:tcPr>
          <w:p>
            <w:r>
              <w:rPr>
                <w:b/>
              </w:rPr>
              <w:t>Primary Purpose of This Office</w:t>
            </w:r>
          </w:p>
        </w:tc>
        <w:tc>
          <w:tcPr>
            <w:tcW w:type="dxa" w:w="5112"/>
          </w:tcPr>
          <w:p>
            <w:r>
              <w:t>[Briefly describe why this position exists.]</w:t>
            </w:r>
          </w:p>
        </w:tc>
      </w:tr>
      <w:tr>
        <w:tc>
          <w:tcPr>
            <w:tcW w:type="dxa" w:w="5112"/>
            <w:shd w:fill="F7F3EB"/>
          </w:tcPr>
          <w:p>
            <w:r>
              <w:rPr>
                <w:b/>
              </w:rPr>
              <w:t>Reports To / Works With</w:t>
            </w:r>
          </w:p>
        </w:tc>
        <w:tc>
          <w:tcPr>
            <w:tcW w:type="dxa" w:w="5112"/>
          </w:tcPr>
          <w:p>
            <w:r>
              <w:t>[President, Executive Board, committees, membership, etc.]</w:t>
            </w:r>
          </w:p>
        </w:tc>
      </w:tr>
      <w:tr>
        <w:tc>
          <w:tcPr>
            <w:tcW w:type="dxa" w:w="5112"/>
            <w:shd w:fill="F7F3EB"/>
          </w:tcPr>
          <w:p>
            <w:r>
              <w:rPr>
                <w:b/>
              </w:rPr>
              <w:t>Regular Meeting Expectations</w:t>
            </w:r>
          </w:p>
        </w:tc>
        <w:tc>
          <w:tcPr>
            <w:tcW w:type="dxa" w:w="5112"/>
          </w:tcPr>
          <w:p>
            <w:r>
              <w:t>[Board meetings, general meetings, district meetings, etc.]</w:t>
            </w:r>
          </w:p>
        </w:tc>
      </w:tr>
      <w:tr>
        <w:tc>
          <w:tcPr>
            <w:tcW w:type="dxa" w:w="5112"/>
            <w:shd w:fill="F7F3EB"/>
          </w:tcPr>
          <w:p>
            <w:r>
              <w:rPr>
                <w:b/>
              </w:rPr>
              <w:t>Estimated Time Commitment</w:t>
            </w:r>
          </w:p>
        </w:tc>
        <w:tc>
          <w:tcPr>
            <w:tcW w:type="dxa" w:w="5112"/>
          </w:tcPr>
          <w:p>
            <w:r>
              <w:t>[Approximate hours per month / peak periods]</w:t>
            </w:r>
          </w:p>
        </w:tc>
      </w:tr>
    </w:tbl>
    <w:p>
      <w:pPr>
        <w:pStyle w:val="Heading1"/>
      </w:pPr>
      <w:r>
        <w:t>CORE DUTIES &amp; RESPONSIBILITIES</w:t>
      </w:r>
    </w:p>
    <w:p>
      <w:r>
        <w:t>☐  Attend and participate in required club and Executive Board meetings.</w:t>
      </w:r>
    </w:p>
    <w:p>
      <w:r>
        <w:t>☐  Become familiar with the club bylaws, standing rules, policies, calendar, and current goals.</w:t>
      </w:r>
    </w:p>
    <w:p>
      <w:r>
        <w:t>☐  Carry out the responsibilities assigned to this office in a timely and professional manner.</w:t>
      </w:r>
    </w:p>
    <w:p>
      <w:r>
        <w:t>☐  Communicate regularly with the President, Executive Board, committee chairs, and members as appropriate.</w:t>
      </w:r>
    </w:p>
    <w:p>
      <w:r>
        <w:t>☐  Maintain accurate records, files, passwords/access information, correspondence, and reports associated with the office.</w:t>
      </w:r>
    </w:p>
    <w:p>
      <w:r>
        <w:t>☐  Submit reports, forms, financial information, or other materials by established club, District, CFWC, or GFWC deadlines.</w:t>
      </w:r>
    </w:p>
    <w:p>
      <w:r>
        <w:t>☐  Support club programs, community service projects, fundraising activities, membership efforts, and special events as appropriate.</w:t>
      </w:r>
    </w:p>
    <w:p>
      <w:r>
        <w:t>☐  Protect confidential member and organizational information.</w:t>
      </w:r>
    </w:p>
    <w:p>
      <w:r>
        <w:t>☐  Prepare materials and records for a smooth transition to the next officer at the end of the term.</w:t>
      </w:r>
    </w:p>
    <w:p>
      <w:pPr>
        <w:pStyle w:val="Heading1"/>
      </w:pPr>
      <w:r>
        <w:t>POSITION-SPECIFIC RESPONSIBILITIES</w:t>
      </w:r>
    </w:p>
    <w:p>
      <w:r>
        <w:t>1.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t>2.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t>3.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t>4.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t>5.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t>6.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r>
        <w:t>7. __________________________________________________________________________________________</w:t>
      </w:r>
    </w:p>
    <w:p>
      <w:r>
        <w:t xml:space="preserve">   __________________________________________________________________________________________</w:t>
      </w:r>
    </w:p>
    <w:p>
      <w:pPr>
        <w:pStyle w:val="Heading1"/>
      </w:pPr>
      <w:r>
        <w:t>KEY ANNUAL / RECURRING TASKS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Task / Deliverable</w:t>
            </w:r>
          </w:p>
        </w:tc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Due Date / Frequency</w:t>
            </w:r>
          </w:p>
        </w:tc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Submit or Report To</w:t>
            </w:r>
          </w:p>
        </w:tc>
        <w:tc>
          <w:tcPr>
            <w:tcW w:type="dxa" w:w="2556"/>
            <w:shd w:fill="152440"/>
          </w:tcPr>
          <w:p>
            <w:r>
              <w:rPr>
                <w:b/>
                <w:color w:val="FFFFFF"/>
                <w:sz w:val="17"/>
              </w:rPr>
              <w:t>Completed</w:t>
            </w:r>
          </w:p>
        </w:tc>
      </w:tr>
      <w:tr>
        <w:tc>
          <w:tcPr>
            <w:tcW w:type="dxa" w:w="2556"/>
          </w:tcPr>
          <w:p>
            <w:r>
              <w:t>[Task]</w:t>
            </w:r>
          </w:p>
        </w:tc>
        <w:tc>
          <w:tcPr>
            <w:tcW w:type="dxa" w:w="2556"/>
          </w:tcPr>
          <w:p>
            <w:r>
              <w:t>[Date / Monthly / Quarterly]</w:t>
            </w:r>
          </w:p>
        </w:tc>
        <w:tc>
          <w:tcPr>
            <w:tcW w:type="dxa" w:w="2556"/>
          </w:tcPr>
          <w:p>
            <w:r>
              <w:t>[Person / Committee]</w:t>
            </w:r>
          </w:p>
        </w:tc>
        <w:tc>
          <w:tcPr>
            <w:tcW w:type="dxa" w:w="2556"/>
          </w:tcPr>
          <w:p>
            <w:r>
              <w:t>☐</w:t>
            </w:r>
          </w:p>
        </w:tc>
      </w:tr>
      <w:tr>
        <w:tc>
          <w:tcPr>
            <w:tcW w:type="dxa" w:w="2556"/>
          </w:tcPr>
          <w:p>
            <w:r>
              <w:t>[Task]</w:t>
            </w:r>
          </w:p>
        </w:tc>
        <w:tc>
          <w:tcPr>
            <w:tcW w:type="dxa" w:w="2556"/>
          </w:tcPr>
          <w:p>
            <w:r>
              <w:t>[Date / Monthly / Quarterly]</w:t>
            </w:r>
          </w:p>
        </w:tc>
        <w:tc>
          <w:tcPr>
            <w:tcW w:type="dxa" w:w="2556"/>
          </w:tcPr>
          <w:p>
            <w:r>
              <w:t>[Person / Committee]</w:t>
            </w:r>
          </w:p>
        </w:tc>
        <w:tc>
          <w:tcPr>
            <w:tcW w:type="dxa" w:w="2556"/>
          </w:tcPr>
          <w:p>
            <w:r>
              <w:t>☐</w:t>
            </w:r>
          </w:p>
        </w:tc>
      </w:tr>
      <w:tr>
        <w:tc>
          <w:tcPr>
            <w:tcW w:type="dxa" w:w="2556"/>
          </w:tcPr>
          <w:p>
            <w:r>
              <w:t>[Task]</w:t>
            </w:r>
          </w:p>
        </w:tc>
        <w:tc>
          <w:tcPr>
            <w:tcW w:type="dxa" w:w="2556"/>
          </w:tcPr>
          <w:p>
            <w:r>
              <w:t>[Date / Monthly / Quarterly]</w:t>
            </w:r>
          </w:p>
        </w:tc>
        <w:tc>
          <w:tcPr>
            <w:tcW w:type="dxa" w:w="2556"/>
          </w:tcPr>
          <w:p>
            <w:r>
              <w:t>[Person / Committee]</w:t>
            </w:r>
          </w:p>
        </w:tc>
        <w:tc>
          <w:tcPr>
            <w:tcW w:type="dxa" w:w="2556"/>
          </w:tcPr>
          <w:p>
            <w:r>
              <w:t>☐</w:t>
            </w:r>
          </w:p>
        </w:tc>
      </w:tr>
      <w:tr>
        <w:tc>
          <w:tcPr>
            <w:tcW w:type="dxa" w:w="2556"/>
          </w:tcPr>
          <w:p>
            <w:r>
              <w:t>[Task]</w:t>
            </w:r>
          </w:p>
        </w:tc>
        <w:tc>
          <w:tcPr>
            <w:tcW w:type="dxa" w:w="2556"/>
          </w:tcPr>
          <w:p>
            <w:r>
              <w:t>[Date / Monthly / Quarterly]</w:t>
            </w:r>
          </w:p>
        </w:tc>
        <w:tc>
          <w:tcPr>
            <w:tcW w:type="dxa" w:w="2556"/>
          </w:tcPr>
          <w:p>
            <w:r>
              <w:t>[Person / Committee]</w:t>
            </w:r>
          </w:p>
        </w:tc>
        <w:tc>
          <w:tcPr>
            <w:tcW w:type="dxa" w:w="2556"/>
          </w:tcPr>
          <w:p>
            <w:r>
              <w:t>☐</w:t>
            </w:r>
          </w:p>
        </w:tc>
      </w:tr>
      <w:tr>
        <w:tc>
          <w:tcPr>
            <w:tcW w:type="dxa" w:w="2556"/>
          </w:tcPr>
          <w:p>
            <w:r>
              <w:t>[Task]</w:t>
            </w:r>
          </w:p>
        </w:tc>
        <w:tc>
          <w:tcPr>
            <w:tcW w:type="dxa" w:w="2556"/>
          </w:tcPr>
          <w:p>
            <w:r>
              <w:t>[Date / Monthly / Quarterly]</w:t>
            </w:r>
          </w:p>
        </w:tc>
        <w:tc>
          <w:tcPr>
            <w:tcW w:type="dxa" w:w="2556"/>
          </w:tcPr>
          <w:p>
            <w:r>
              <w:t>[Person / Committee]</w:t>
            </w:r>
          </w:p>
        </w:tc>
        <w:tc>
          <w:tcPr>
            <w:tcW w:type="dxa" w:w="2556"/>
          </w:tcPr>
          <w:p>
            <w:r>
              <w:t>☐</w:t>
            </w:r>
          </w:p>
        </w:tc>
      </w:tr>
    </w:tbl>
    <w:p>
      <w:pPr>
        <w:pStyle w:val="Heading1"/>
      </w:pPr>
      <w:r>
        <w:t>RECORDS &amp; MATERIALS TO MAINTAIN</w:t>
      </w:r>
    </w:p>
    <w:p>
      <w:r>
        <w:t>☐  Officer procedure notebook or digital folder</w:t>
      </w:r>
    </w:p>
    <w:p>
      <w:r>
        <w:t>☐  Meeting notes and reports</w:t>
      </w:r>
    </w:p>
    <w:p>
      <w:r>
        <w:t>☐  Current contact lists</w:t>
      </w:r>
    </w:p>
    <w:p>
      <w:r>
        <w:t>☐  Forms, templates, and reference materials</w:t>
      </w:r>
    </w:p>
    <w:p>
      <w:r>
        <w:t>☐  Financial records, if applicable</w:t>
      </w:r>
    </w:p>
    <w:p>
      <w:r>
        <w:t>☐  Login/access information transferred securely</w:t>
      </w:r>
    </w:p>
    <w:p>
      <w:r>
        <w:t>☐  Prior-year examples and historical records</w:t>
      </w:r>
    </w:p>
    <w:p>
      <w:pPr>
        <w:pStyle w:val="Heading1"/>
      </w:pPr>
      <w:r>
        <w:t>OFFICER TRANSITION CHECKLIST</w:t>
      </w:r>
    </w:p>
    <w:p>
      <w:r>
        <w:t>☐  Review responsibilities with incoming officer.</w:t>
      </w:r>
    </w:p>
    <w:p>
      <w:r>
        <w:t>☐  Transfer current files, records, templates, and relevant correspondence.</w:t>
      </w:r>
    </w:p>
    <w:p>
      <w:r>
        <w:t>☐  Transfer keys, equipment, supplies, and other club property.</w:t>
      </w:r>
    </w:p>
    <w:p>
      <w:r>
        <w:t>☐  Transfer account access and passwords securely, if applicable.</w:t>
      </w:r>
    </w:p>
    <w:p>
      <w:r>
        <w:t>☐  Review upcoming deadlines and unfinished business.</w:t>
      </w:r>
    </w:p>
    <w:p>
      <w:r>
        <w:t>☐  Provide helpful contacts and vendor information.</w:t>
      </w:r>
    </w:p>
    <w:p>
      <w:r>
        <w:t>☐  Notify appropriate leaders when transition is complete.</w:t>
      </w:r>
    </w:p>
    <w:p>
      <w:pPr>
        <w:pStyle w:val="Heading1"/>
      </w:pPr>
      <w:r>
        <w:t>NOTES / SPECIAL INSTRUCTIONS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r>
        <w:t>________________________________________________________________________________________________</w:t>
      </w:r>
    </w:p>
    <w:p>
      <w:pPr>
        <w:pStyle w:val="Heading1"/>
      </w:pPr>
      <w:r>
        <w:t>ACKNOWLEDGMENT</w:t>
      </w:r>
    </w:p>
    <w:p>
      <w:r>
        <w:t>I have reviewed the duties and responsibilities of this office and understand the expectations associated with the position.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Officer Signature: ____________________________________</w:t>
            </w:r>
          </w:p>
        </w:tc>
        <w:tc>
          <w:tcPr>
            <w:tcW w:type="dxa" w:w="5112"/>
          </w:tcPr>
          <w:p>
            <w:r>
              <w:t>Date: __________________</w:t>
            </w:r>
          </w:p>
        </w:tc>
      </w:tr>
      <w:tr>
        <w:tc>
          <w:tcPr>
            <w:tcW w:type="dxa" w:w="5112"/>
          </w:tcPr>
          <w:p>
            <w:r>
              <w:t>President / Supervisor: _______________________________</w:t>
            </w:r>
          </w:p>
        </w:tc>
        <w:tc>
          <w:tcPr>
            <w:tcW w:type="dxa" w:w="5112"/>
          </w:tcPr>
          <w:p>
            <w:r>
              <w:t>Date: __________________</w:t>
            </w:r>
          </w:p>
        </w:tc>
      </w:tr>
    </w:tbl>
    <w:p>
      <w:r>
        <w:rPr>
          <w:b/>
        </w:rPr>
        <w:t xml:space="preserve">Optional role reference: </w:t>
      </w:r>
      <w:r>
        <w:t>Clubs may attach a separate position description for President, Vice President, Secretary, Treasurer, Parliamentarian, Membership Chair, or other leadership roles.</w:t>
      </w:r>
    </w:p>
    <w:sectPr w:rsidR="00FC693F" w:rsidRPr="0006063C" w:rsidSect="00034616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GFWC Palomar District • Officer Duties &amp; Responsibilities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524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C987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15244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