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52440"/>
          <w:sz w:val="24"/>
        </w:rPr>
        <w:t>GFWC PALOMAR DISTRICT</w:t>
      </w:r>
    </w:p>
    <w:p>
      <w:pPr>
        <w:jc w:val="center"/>
      </w:pPr>
      <w:r>
        <w:rPr>
          <w:rFonts w:ascii="Georgia" w:hAnsi="Georgia"/>
          <w:b/>
          <w:color w:val="152440"/>
          <w:sz w:val="44"/>
        </w:rPr>
        <w:t>PROJECT PLANNING WORKSHEET</w:t>
      </w:r>
    </w:p>
    <w:p>
      <w:pPr>
        <w:jc w:val="center"/>
      </w:pPr>
      <w:r>
        <w:rPr>
          <w:i/>
          <w:color w:val="C98700"/>
          <w:sz w:val="20"/>
        </w:rPr>
        <w:t>Plan • Organize • Serve • Evaluate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Project / Event Name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Project Chair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Project Date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Club</w:t>
            </w:r>
          </w:p>
        </w:tc>
      </w:tr>
      <w:tr>
        <w:tc>
          <w:tcPr>
            <w:tcW w:type="dxa" w:w="2592"/>
          </w:tcPr>
          <w:p>
            <w:r>
              <w:t>[Enter project name]</w:t>
            </w:r>
          </w:p>
        </w:tc>
        <w:tc>
          <w:tcPr>
            <w:tcW w:type="dxa" w:w="2592"/>
          </w:tcPr>
          <w:p>
            <w:r>
              <w:t>[Name]</w:t>
            </w:r>
          </w:p>
        </w:tc>
        <w:tc>
          <w:tcPr>
            <w:tcW w:type="dxa" w:w="2592"/>
          </w:tcPr>
          <w:p>
            <w:r>
              <w:t>[Date / Time]</w:t>
            </w:r>
          </w:p>
        </w:tc>
        <w:tc>
          <w:tcPr>
            <w:tcW w:type="dxa" w:w="2592"/>
          </w:tcPr>
          <w:p>
            <w:r>
              <w:t>[Club name]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Location</w:t>
            </w:r>
          </w:p>
        </w:tc>
        <w:tc>
          <w:tcPr>
            <w:tcW w:type="dxa" w:w="2592"/>
          </w:tcPr>
          <w:p>
            <w:r>
              <w:t>[Location / Address]</w:t>
            </w:r>
          </w:p>
        </w:tc>
        <w:tc>
          <w:tcPr>
            <w:tcW w:type="dxa" w:w="2592"/>
            <w:shd w:fill="F7F3EB"/>
          </w:tcPr>
          <w:p>
            <w:r>
              <w:rPr>
                <w:b/>
              </w:rPr>
              <w:t>Planning Start Date</w:t>
            </w:r>
          </w:p>
        </w:tc>
        <w:tc>
          <w:tcPr>
            <w:tcW w:type="dxa" w:w="2592"/>
          </w:tcPr>
          <w:p>
            <w:r>
              <w:t>[Date]</w:t>
            </w:r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GFWC / District Program Area</w:t>
            </w:r>
          </w:p>
        </w:tc>
        <w:tc>
          <w:tcPr>
            <w:tcW w:type="dxa" w:w="7776"/>
            <w:gridSpan w:val="3"/>
          </w:tcPr>
          <w:p>
            <w:r>
              <w:t>[If applicable]</w:t>
            </w:r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1. PROJECT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F3EB"/>
          </w:tcPr>
          <w:p>
            <w:r>
              <w:rPr>
                <w:b/>
              </w:rPr>
              <w:t>Purpose / Need</w:t>
            </w:r>
          </w:p>
        </w:tc>
        <w:tc>
          <w:tcPr>
            <w:tcW w:type="dxa" w:w="5184"/>
          </w:tcPr>
          <w:p>
            <w:r>
              <w:t>What community or club need does this project address?</w:t>
              <w:br/>
              <w:br/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Project Goal</w:t>
            </w:r>
          </w:p>
        </w:tc>
        <w:tc>
          <w:tcPr>
            <w:tcW w:type="dxa" w:w="5184"/>
          </w:tcPr>
          <w:p>
            <w:r>
              <w:t>What is the primary result you want to achieve?</w:t>
              <w:br/>
              <w:br/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Target Audience / Beneficiaries</w:t>
            </w:r>
          </w:p>
        </w:tc>
        <w:tc>
          <w:tcPr>
            <w:tcW w:type="dxa" w:w="5184"/>
          </w:tcPr>
          <w:p>
            <w:r>
              <w:t>Who will benefit or participate?</w:t>
              <w:br/>
              <w:br/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Success Measures</w:t>
            </w:r>
          </w:p>
        </w:tc>
        <w:tc>
          <w:tcPr>
            <w:tcW w:type="dxa" w:w="5184"/>
          </w:tcPr>
          <w:p>
            <w:r>
              <w:t>How will you know the project was successful? Include measurable goals when possible.</w:t>
              <w:br/>
              <w:br/>
            </w:r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2. PROJECT TEAM &amp; RESPONSIBILITIES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Name / Committee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Responsibility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Due Date</w:t>
            </w:r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3. ACTION PLAN &amp; TIMELINE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Task / Action Item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Assigned To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Start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2074"/>
            <w:shd w:fill="152440"/>
          </w:tcPr>
          <w:p>
            <w:r>
              <w:rPr>
                <w:b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>
            <w:r>
              <w:t>☐ Not Started  ☐ In Progress  ☐ Done</w:t>
            </w:r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4. BUDGET &amp; RESOURCES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Item / Expense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Estimated Cost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Actual Cost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Source / Notes</w:t>
            </w:r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F7F3EB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>
              <w:t>$</w:t>
            </w:r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5. LOGISTICS CHECKLIST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☐ Venue / location confirmed</w:t>
            </w:r>
          </w:p>
        </w:tc>
        <w:tc>
          <w:tcPr>
            <w:tcW w:type="dxa" w:w="5184"/>
          </w:tcPr>
          <w:p>
            <w:r>
              <w:t>☐ Date and time confirmed</w:t>
            </w:r>
          </w:p>
        </w:tc>
      </w:tr>
      <w:tr>
        <w:tc>
          <w:tcPr>
            <w:tcW w:type="dxa" w:w="5184"/>
          </w:tcPr>
          <w:p>
            <w:r>
              <w:t>☐ Budget approved</w:t>
            </w:r>
          </w:p>
        </w:tc>
        <w:tc>
          <w:tcPr>
            <w:tcW w:type="dxa" w:w="5184"/>
          </w:tcPr>
          <w:p>
            <w:r>
              <w:t>☐ Volunteers recruited</w:t>
            </w:r>
          </w:p>
        </w:tc>
      </w:tr>
      <w:tr>
        <w:tc>
          <w:tcPr>
            <w:tcW w:type="dxa" w:w="5184"/>
          </w:tcPr>
          <w:p>
            <w:r>
              <w:t>☐ Supplies / materials ordered</w:t>
            </w:r>
          </w:p>
        </w:tc>
        <w:tc>
          <w:tcPr>
            <w:tcW w:type="dxa" w:w="5184"/>
          </w:tcPr>
          <w:p>
            <w:r>
              <w:t>☐ Vendors / partners confirmed</w:t>
            </w:r>
          </w:p>
        </w:tc>
      </w:tr>
      <w:tr>
        <w:tc>
          <w:tcPr>
            <w:tcW w:type="dxa" w:w="5184"/>
          </w:tcPr>
          <w:p>
            <w:r>
              <w:t>☐ Insurance / permits reviewed, if needed</w:t>
            </w:r>
          </w:p>
        </w:tc>
        <w:tc>
          <w:tcPr>
            <w:tcW w:type="dxa" w:w="5184"/>
          </w:tcPr>
          <w:p>
            <w:r>
              <w:t>☐ Accessibility needs considered</w:t>
            </w:r>
          </w:p>
        </w:tc>
      </w:tr>
      <w:tr>
        <w:tc>
          <w:tcPr>
            <w:tcW w:type="dxa" w:w="5184"/>
          </w:tcPr>
          <w:p>
            <w:r>
              <w:t>☐ Registration / RSVP process established</w:t>
            </w:r>
          </w:p>
        </w:tc>
        <w:tc>
          <w:tcPr>
            <w:tcW w:type="dxa" w:w="5184"/>
          </w:tcPr>
          <w:p>
            <w:r>
              <w:t>☐ Setup and cleanup plan assigned</w:t>
            </w:r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6. COMMUNICATIONS &amp; PROMOTION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Communication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Audience / Channel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Deadline</w:t>
            </w:r>
          </w:p>
        </w:tc>
      </w:tr>
      <w:tr>
        <w:tc>
          <w:tcPr>
            <w:tcW w:type="dxa" w:w="2592"/>
          </w:tcPr>
          <w:p>
            <w:r>
              <w:t>Save the Date / Invitation</w:t>
            </w:r>
          </w:p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>
            <w:r>
              <w:t>Website / Calendar</w:t>
            </w:r>
          </w:p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>
            <w:r>
              <w:t>Social Media</w:t>
            </w:r>
          </w:p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  <w:tr>
        <w:tc>
          <w:tcPr>
            <w:tcW w:type="dxa" w:w="2592"/>
          </w:tcPr>
          <w:p>
            <w:r>
              <w:t>Email / Newsletter</w:t>
            </w:r>
          </w:p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  <w:tc>
          <w:tcPr>
            <w:tcW w:type="dxa" w:w="2592"/>
          </w:tcPr>
          <w:p/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7. DAY-OF PROJECT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Activity / Milestone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Person Responsible</w:t>
            </w:r>
          </w:p>
        </w:tc>
        <w:tc>
          <w:tcPr>
            <w:tcW w:type="dxa" w:w="2592"/>
            <w:shd w:fill="152440"/>
          </w:tcPr>
          <w:p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8. IMPACT &amp; REPORTING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F3EB"/>
          </w:tcPr>
          <w:p>
            <w:r>
              <w:rPr>
                <w:b/>
              </w:rPr>
              <w:t>Number of Members Participating</w:t>
            </w:r>
          </w:p>
        </w:tc>
        <w:tc>
          <w:tcPr>
            <w:tcW w:type="dxa" w:w="5184"/>
          </w:tcPr>
          <w:p>
            <w:r>
              <w:t>__________</w:t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Volunteer Hours</w:t>
            </w:r>
          </w:p>
        </w:tc>
        <w:tc>
          <w:tcPr>
            <w:tcW w:type="dxa" w:w="5184"/>
          </w:tcPr>
          <w:p>
            <w:r>
              <w:t>__________</w:t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People / Organizations Served</w:t>
            </w:r>
          </w:p>
        </w:tc>
        <w:tc>
          <w:tcPr>
            <w:tcW w:type="dxa" w:w="5184"/>
          </w:tcPr>
          <w:p>
            <w:r>
              <w:t>__________</w:t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Funds Raised / Donated, if applicable</w:t>
            </w:r>
          </w:p>
        </w:tc>
        <w:tc>
          <w:tcPr>
            <w:tcW w:type="dxa" w:w="5184"/>
          </w:tcPr>
          <w:p>
            <w:r>
              <w:t>$__________</w:t>
            </w:r>
          </w:p>
        </w:tc>
      </w:tr>
      <w:tr>
        <w:tc>
          <w:tcPr>
            <w:tcW w:type="dxa" w:w="5184"/>
            <w:shd w:fill="F7F3EB"/>
          </w:tcPr>
          <w:p>
            <w:r>
              <w:rPr>
                <w:b/>
              </w:rPr>
              <w:t>In-Kind Donations / Other Impact</w:t>
            </w:r>
          </w:p>
        </w:tc>
        <w:tc>
          <w:tcPr>
            <w:tcW w:type="dxa" w:w="5184"/>
          </w:tcPr>
          <w:p>
            <w:r>
              <w:t>____________________________________________</w:t>
            </w:r>
          </w:p>
        </w:tc>
      </w:tr>
    </w:tbl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9. POST-PROJECT EVALUATION</w:t>
      </w:r>
    </w:p>
    <w:p>
      <w:r>
        <w:rPr>
          <w:b/>
          <w:color w:val="152440"/>
        </w:rPr>
        <w:t>What worked especially well?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What challenges did we encounter?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What should we do differently next time?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What member, community, or partner feedback did we receive?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rPr>
          <w:b/>
          <w:color w:val="152440"/>
        </w:rPr>
        <w:t>What follow-up actions are needed?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spacing w:before="160" w:after="80"/>
      </w:pPr>
      <w:r>
        <w:rPr>
          <w:rFonts w:ascii="Georgia" w:hAnsi="Georgia"/>
          <w:b/>
          <w:color w:val="152440"/>
          <w:sz w:val="26"/>
        </w:rPr>
        <w:t>10. FINAL CHECKLIST</w:t>
      </w:r>
    </w:p>
    <w:p>
      <w:r>
        <w:t>☐ Thank volunteers, donors, partners, and participants.</w:t>
      </w:r>
    </w:p>
    <w:p>
      <w:r>
        <w:t>☐ Pay or reconcile outstanding expenses.</w:t>
      </w:r>
    </w:p>
    <w:p>
      <w:r>
        <w:t>☐ Submit required reports and documentation.</w:t>
      </w:r>
    </w:p>
    <w:p>
      <w:r>
        <w:t>☐ Save photos, promotional materials, contacts, and project files.</w:t>
      </w:r>
    </w:p>
    <w:p>
      <w:r>
        <w:t>☐ Share project results with members and appropriate District/GFWC contacts.</w:t>
      </w:r>
    </w:p>
    <w:p>
      <w:r>
        <w:t>☐ Archive lessons learned for the next project chair.</w:t>
      </w:r>
    </w:p>
    <w:p>
      <w:r>
        <w:rPr>
          <w:b/>
        </w:rPr>
        <w:t xml:space="preserve">Project Chair Signature: </w:t>
      </w:r>
      <w:r>
        <w:t xml:space="preserve">____________________________________     </w:t>
      </w:r>
      <w:r>
        <w:rPr>
          <w:b/>
        </w:rPr>
        <w:t xml:space="preserve">Date: </w:t>
      </w:r>
      <w:r>
        <w:t>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GFWC Palomar District • Project Planning Worksheet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